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바탕" w:hAnsi="바탕" w:eastAsia="바탕"/>
          <w:b w:val="0"/>
          <w:color w:val="666666"/>
          <w:sz w:val="18"/>
        </w:rPr>
        <w:t>[양식 3]</w:t>
      </w:r>
    </w:p>
    <w:p>
      <w:pPr>
        <w:jc w:val="center"/>
      </w:pPr>
      <w:r>
        <w:rPr>
          <w:rFonts w:ascii="바탕" w:hAnsi="바탕" w:eastAsia="바탕"/>
          <w:b/>
          <w:sz w:val="34"/>
        </w:rPr>
        <w:t>저작권 이양 동의서</w:t>
      </w:r>
    </w:p>
    <w:p>
      <w:pPr>
        <w:jc w:val="center"/>
      </w:pPr>
      <w:r>
        <w:rPr>
          <w:rFonts w:ascii="바탕" w:hAnsi="바탕" w:eastAsia="바탕"/>
          <w:b w:val="0"/>
          <w:color w:val="444444"/>
          <w:sz w:val="20"/>
        </w:rPr>
        <w:t>별땅오술구조학회 학술지 「오술구조연구」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논문 제목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대표 저자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p>
      <w:r>
        <w:rPr>
          <w:rFonts w:ascii="바탕" w:hAnsi="바탕" w:eastAsia="바탕"/>
          <w:b w:val="0"/>
        </w:rPr>
        <w:t>본인(들)은 위 논문이 「오술구조연구」에 게재되는 것을 조건으로, 투고 규정 제23조에 따라 다음 사항에 동의합니다.</w:t>
      </w:r>
    </w:p>
    <w:p>
      <w:r>
        <w:rPr>
          <w:rFonts w:ascii="바탕" w:hAnsi="바탕" w:eastAsia="바탕"/>
          <w:b w:val="0"/>
        </w:rPr>
        <w:t>1. 게재된 논문의 저작권(복제권, 배포권, 전송권, 2차적저작물 작성권을 포함한다)을 별땅오술구조학회에 이양합니다.</w:t>
      </w:r>
    </w:p>
    <w:p>
      <w:r>
        <w:rPr>
          <w:rFonts w:ascii="바탕" w:hAnsi="바탕" w:eastAsia="바탕"/>
          <w:b w:val="0"/>
        </w:rPr>
        <w:t>2. 학회는 게재된 논문을 학회 누리집, 한국학술지인용색인(KCI), 국내외 학술 데이터베이스 등에 공개하고 서비스할 수 있습니다.</w:t>
      </w:r>
    </w:p>
    <w:p>
      <w:r>
        <w:rPr>
          <w:rFonts w:ascii="바탕" w:hAnsi="바탕" w:eastAsia="바탕"/>
          <w:b w:val="0"/>
        </w:rPr>
        <w:t>3. 저자는 게재된 논문을 자신의 학술 활동(학술대회 발표, 단행본 수록, 강의 등)에 활용할 수 있으며, 이 경우 학회에 미리 알리고 본 학술지 게재 사실을 출처로 밝힙니다.</w:t>
      </w:r>
    </w:p>
    <w:p>
      <w:r>
        <w:rPr>
          <w:rFonts w:ascii="바탕" w:hAnsi="바탕" w:eastAsia="바탕"/>
          <w:b w:val="0"/>
        </w:rPr>
        <w:t>4. 논문이 게재 불가로 판정되거나 투고를 철회한 경우 이 동의는 효력을 잃습니다.</w:t>
      </w:r>
    </w:p>
    <w:p>
      <w:r>
        <w:rPr>
          <w:rFonts w:ascii="바탕" w:hAnsi="바탕" w:eastAsia="바탕"/>
          <w:b w:val="0"/>
        </w:rPr>
        <w:t>5. 저자는 이 논문이 제3자의 저작권이나 그 밖의 권리를 침해하지 않음을 확인하며, 침해가 확인되면 그 책임은 저자에게 있습니다.</w:t>
      </w:r>
    </w:p>
    <w:p/>
    <w:p>
      <w:r>
        <w:rPr>
          <w:rFonts w:ascii="바탕" w:hAnsi="바탕" w:eastAsia="바탕"/>
          <w:b/>
        </w:rPr>
        <w:t>저자 전원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361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구분</w:t>
            </w:r>
          </w:p>
        </w:tc>
        <w:tc>
          <w:tcPr>
            <w:tcW w:type="dxa" w:w="2268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성명</w:t>
            </w:r>
          </w:p>
        </w:tc>
        <w:tc>
          <w:tcPr>
            <w:tcW w:type="dxa" w:w="3515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소속</w:t>
            </w:r>
          </w:p>
        </w:tc>
        <w:tc>
          <w:tcPr>
            <w:tcW w:type="dxa" w:w="2268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서명</w:t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제1저자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교신저자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공동저자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공동저자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p>
      <w:pPr>
        <w:jc w:val="right"/>
      </w:pPr>
      <w:r>
        <w:rPr>
          <w:rFonts w:ascii="바탕" w:hAnsi="바탕" w:eastAsia="바탕"/>
          <w:b w:val="0"/>
        </w:rPr>
        <w:t>20      년      월      일</w:t>
      </w:r>
    </w:p>
    <w:p/>
    <w:p>
      <w:pPr>
        <w:jc w:val="center"/>
      </w:pPr>
      <w:r>
        <w:rPr>
          <w:rFonts w:ascii="바탕" w:hAnsi="바탕" w:eastAsia="바탕"/>
          <w:b/>
          <w:sz w:val="24"/>
        </w:rPr>
        <w:t>별땅오술구조학회 「오술구조연구」 편집위원회 귀중</w:t>
      </w:r>
    </w:p>
    <w:p>
      <w:pPr>
        <w:jc w:val="center"/>
      </w:pPr>
      <w:r>
        <w:rPr>
          <w:rFonts w:ascii="바탕" w:hAnsi="바탕" w:eastAsia="바탕"/>
          <w:b w:val="0"/>
          <w:sz w:val="18"/>
        </w:rPr>
        <w:t>제출 · 문의: info@bssfa.or.kr · 전화 02-356-2560</w:t>
      </w:r>
    </w:p>
    <w:sectPr w:rsidR="00FC693F" w:rsidRPr="0006063C" w:rsidSect="00034616">
      <w:pgSz w:w="11906" w:h="16838"/>
      <w:pgMar w:top="850" w:right="1247" w:bottom="79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88" w:lineRule="auto"/>
    </w:pPr>
    <w:rPr>
      <w:rFonts w:ascii="바탕" w:hAnsi="바탕" w:eastAsia="바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